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DÉLÉGATION DE POUVOIR</w:t>
      </w:r>
    </w:p>
    <w:p>
      <w:pPr>
        <w:jc w:val="center"/>
      </w:pPr>
      <w:r>
        <w:rPr>
          <w:color w:val="6B6B6B"/>
          <w:sz w:val="18"/>
        </w:rPr>
        <w:t>Signature des candidatures, offres et marchés publics</w:t>
      </w:r>
    </w:p>
    <w:p>
      <w:r>
        <w:t>Je soussigné(e) (nom, prénom) : ……………………………………………………</w:t>
      </w:r>
    </w:p>
    <w:p>
      <w:r>
        <w:t>Représentant légal de l'entreprise, en qualité de : ……………………………………………………</w:t>
      </w:r>
    </w:p>
    <w:p>
      <w:r>
        <w:t>Raison sociale et forme juridique : ……………………………………………………</w:t>
      </w:r>
    </w:p>
    <w:p>
      <w:r>
        <w:t>SIRET : ……………………………………………………</w:t>
      </w:r>
    </w:p>
    <w:p>
      <w:r>
        <w:t>Adresse du siège : ……………………………………………………</w:t>
      </w:r>
    </w:p>
    <w:p>
      <w:r>
        <w:rPr>
          <w:b/>
        </w:rPr>
        <w:t>Donne délégation à :</w:t>
      </w:r>
    </w:p>
    <w:p>
      <w:r>
        <w:t>Nom, prénom : ……………………………………………………</w:t>
      </w:r>
    </w:p>
    <w:p>
      <w:r>
        <w:t>Fonction dans l'entreprise : ……………………………………………………</w:t>
      </w:r>
    </w:p>
    <w:p>
      <w:r>
        <w:rPr>
          <w:b w:val="0"/>
        </w:rPr>
        <w:t>pour signer, au nom et pour le compte de l'entreprise, les candidatures, offres, actes d'engagement, mises au point, avenants et tout document relatif aux marchés publics et contrats de concession, ainsi que pour les déposer sur les profils d'acheteur.</w:t>
      </w:r>
    </w:p>
    <w:p>
      <w:r>
        <w:t>Durée de la délégation (ou « jusqu'à révocation ») : ……………………………………………………</w:t>
      </w:r>
    </w:p>
    <w:p>
      <w:r>
        <w:rPr>
          <w:b w:val="0"/>
        </w:rPr>
        <w:t>Signature du délégant :</w:t>
      </w:r>
    </w:p>
    <w:p>
      <w:r>
        <w:rPr>
          <w:b w:val="0"/>
        </w:rPr>
        <w:t>Signature du délégataire, précédée de la mention « Bon pour acceptation » :</w:t>
      </w:r>
    </w:p>
    <w:p>
      <w:r>
        <w:t>Fait à : ……………………………………………………</w:t>
      </w:r>
    </w:p>
    <w:p>
      <w:r>
        <w:t>Le : ……………………………………………………</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